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Биринчи Май жана Калинин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Пересечение улиц Первомайской и Калинина" title="Пересечение улиц Первомайской и Кали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88a445a3af0bf697a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Первомайской и Калинина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Биринчи Май жана Калинин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 х Калинина. В Петровдун фотосу Административдик имарат 50-жылдары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https://bimap.su/description/frunze/16_Dom_na_Pervomayskoy.txt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