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42.87086, 74.60379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intersection of Pervomaiskaya and Kalinina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42.87086, 74.60379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Пересечение улиц Первомайской и Калинина" title="Пересечение улиц Первомайской и Кали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88a445a3af0bf697a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Первомайской и Калинина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Pervomaiskaya and Kalinina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Pervomaiskaya x Kalinina. Photo by V. Petrov The administrative building was built in the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https://bimap.su/description/frunze/16_Dom_na_Pervomayskoy.txt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42.87086, 74.60379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