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42.87011, 74.60025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Музыкальное училище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42.87011, 74.60025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95408" cy="2232000"/>
            <wp:docPr id="2" name="Picture 2" descr="Музыкальное училище" title="Музыкальное учил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4f508cdaaa72b434f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540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Музыкальное училище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Музыкальное училище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Музыкальное училище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https://bimap.su/description/frunze/15_Muzychiliche.txt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42.87011, 74.60025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