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42.87011, 74.60025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Музыкалык окуу жай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42.87011, 74.60025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95408" cy="2232000"/>
            <wp:docPr id="2" name="Picture 2" descr="Музыкальное училище" title="Музыкальное училищ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04f508cdaaa72b434f6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9540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Музыкальное училище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Музыкалык окуу жай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Музыкалык мектеп Музыкалык-хореографиялык окуу жайы 1939-жылы ачылган. 1950-жылы М.Күрөңкеевдин ысымы ыйгарылган. Музыка жана бий мугалимдерин, артисттерди, хор жана оркестрдин дирижерлорун даярдайт. 1941-жылы бул имаратта «Кыргызфильмдин» тунгуч-туу Фрунзе кинохроникалык студиясы иштеген. атындагы музыкалык-хореографиялык окуу жайы. М.Күреңкеева музыка, ыр, бий боюнча артисттерди, адистерди даярдайт. П.Ф. тарабынан түзүлгөн биринчи балдар музы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https://bimap.su/description/frunze/15_Muzychiliche.txt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42.87011, 74.60025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