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Церковь в селе Лебединовка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42.88795, 74.63881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96418" cy="2231999"/>
            <wp:docPr id="1" name="Picture 1" descr="Церковь в селе Лебединовка" title="Церковь в селе Лебединов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25da418eb25c890736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641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Церковь в селе Лебединовка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Церковь в селе Лебединовка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Построена в 1864 г. Здание сгорело в 60-х годах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https://bimap.su/description/pishpek/22_Church.txt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42.88795, 74.63881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42.88795, 74.63881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