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42.88488, 74.61774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Школа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42.88488, 74.61774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Школа" title="Шко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cc69a4c6ffcad92e7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Школа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https://bimap.su/description/frunze/14_Shkola.txt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42.88488, 74.61774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