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42.88488, 74.61774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School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42.88488, 74.61774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2" name="Picture 2" descr="Школа" title="Школ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1cc69a4c6ffcad92e7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Школа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School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School. Photo by Petrov One of the typical school buildings, built in 1940.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https://bimap.su/description/frunze/14_Shkola.txt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42.88488, 74.61774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