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42.88278, 74.60621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Баетова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42.88278, 74.60621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Баетова" title="Дом на улице Бает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575350c4a4f21b909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Баетова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Баетова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построенный в 1936 году.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https://bimap.su/description/frunze/13_Dom_na_Baetova.txt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42.88278, 74.60621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