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42.88278, 74.60621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Баетова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42.88278, 74.60621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на улице Баетова" title="Дом на улице Бает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575350c4a4f21b909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Баетова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Баетова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Баетовадагы үй, 1936-жылы курулган. В. Петровдун сүрөтү Баетов көчөсүндөгү бул үйдө Кыргыз ССРинин эл өкүлдөрү Владимир Власов менен Владимир Фере – көрүнүктүү композиторлор, кыргыз музыкалык жана хореографиялык искусствосунун негиздөөчүлөрү, кыргыз опера жана балет спектаклинин жаратуучулары жашашкан.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https://bimap.su/description/frunze/13_Dom_na_Baetova.txt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42.88278, 74.60621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