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42.88278, 74.60621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Baetova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42.88278, 74.60621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Баетова" title="Дом на улице Бает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575350c4a4f21b909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Баетова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Baetova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Baetova, built in 1936. Photo by V. Petrov In this house on Baetov Street lived the people of the Kyrgyz SSR Vladimir Vlasov and Vladimir Fere - outstanding composers, founders of Kyrgyz musical and choreographic art, creators of Kyrgyz opera and ballet performances.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https://bimap.su/description/frunze/13_Dom_na_Baetova.txt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42.88278, 74.60621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