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241265" cy="2231999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5ba3599deca5e6a0c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126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стадионе завода Сельмаш.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https://bimap.su/description/frunze/12a_Lenin.txt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