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42.87055, 74.55835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Лениндин эстелиги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42.87055, 74.55835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241265" cy="2231999"/>
            <wp:docPr id="2" name="Picture 2" descr="Памятник Ленину" title="Памятник Ленин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95ba3599deca5e6a0c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41265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Ленину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Лениндин эстелиги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«Сельмаш» заводунун стадионундагы Лениндин эстелиги «Сельмашевец» спорт комплекси 1958-жылы курулган. Анын курамына 5000 көрүүчүгө ылайыкталган стадион, спорт аянтчалары, спорт залдар жана бассейндер кирет.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https://bimap.su/description/frunze/12a_Lenin.txt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42.87055, 74.55835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