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Lenin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241265" cy="2231999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5ba3599deca5e6a0c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126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Lenin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Lenin at the stadium of the Selmash plant The Selmashevets sports complex was built in 1958. It includes a stadium with stands for 5,000 spectators, sports grounds, gyms, and swimming pools.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https://bimap.su/description/frunze/12a_Lenin.txt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