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42.87296, 74.55914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Клуб Интергельпо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42.87296, 74.55914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681731" cy="2232000"/>
            <wp:docPr id="2" name="Picture 2" descr="Клуб Интергельпо" title="Клуб Интергельп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335338b9fbaae9e388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8173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Клуб Интергельпо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Клуб Интергельпо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(завода Фрунзе).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https://bimap.su/description/frunze/12_Klub_Intergelpo.txt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42.87296, 74.55914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