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Интергельпо клубу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81731" cy="2232000"/>
            <wp:docPr id="2" name="Picture 2" descr="Клуб Интергельпо" title="Клуб Интергель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35338b9fbaae9e38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17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Клуб Интергельпо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Интергельпо клубу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Интергельпо клубу (Фрунзедеги завод) 1000 орундуу «Интергельпо» клубу 1930-жылы чехословакиялык «Интергельпо» кооперативи тарабынан курулган. Кооператив енер жай ишканаларынан тышкары турак уйлерду, мектепти, клубду курду.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https://bimap.su/description/frunze/12_Klub_Intergelpo.txt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