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42.87296, 74.55914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Club Intergelpo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42.87296, 74.55914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81731" cy="2232000"/>
            <wp:docPr id="2" name="Picture 2" descr="Клуб Интергельпо" title="Клуб Интергельп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335338b9fbaae9e388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17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Клуб Интергельпо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Club Intergelpo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Club Intergelpo (Frunze plant) Club Intergelpo with 1000 seats was built in 1930 by the Czechoslovak cooperative Intergelpo. In addition to industrial enterprises, the cooperative built residential buildings, a school, and a club.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https://bimap.su/description/frunze/12_Klub_Intergelpo.txt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42.87296, 74.55914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