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воинам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Памятник воинам" title="Памятник воин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318c291dd3125ddcf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воинам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воинам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воинам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https://bimap.su/description/frunze/11_Pamiatnik_voinam.txt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42.87897, 74.55629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