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42.87897, 74.55629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Жоокерлерге эстелик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42.87897, 74.55629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2" name="Picture 2" descr="Памятник воинам" title="Памятник воина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318c291dd3125ddcf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воинам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Жоокерлерге эстелик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Жоокерлерге эстелик 1970-жылы Улуу Ата Мекендик согушта Фрунзе шаарындагы ооруканаларда (архитекторлор К. Галиев, Н. Дементьев) жараат алып каза болгон жоокерлердин массалык мүрзөсүнө эстелик тургузулган.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https://bimap.su/description/frunze/11_Pamiatnik_voinam.txt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42.87897, 74.55629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