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42.87897, 74.55629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soldiers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42.87897, 74.55629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2" name="Picture 2" descr="Памятник воинам" title="Памятник воина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318c291dd3125ddcf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воинам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soldiers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soldiers In 1970, a monument was erected at the mass grave of soldiers who died of wounds during the Great Patriotic War in hospitals in the city of Frunze (architects K. Galiev, N. Dementyev).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https://bimap.su/description/frunze/11_Pamiatnik_voinam.txt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42.87897, 74.55629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