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42.87882, 74.55696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Братское кладбище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42.87882, 74.55696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2" name="Picture 2" descr="Братское кладбище" title="Братское кладб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5aae2f333da5cecb4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Братское кладбище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Братское кладбище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Братское кладбище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https://bimap.su/description/frunze/10_Bratskoe_kladbiche.txt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42.87882, 74.55696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