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42.87882, 74.55696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Бир туугандар көрүстөнү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42.87882, 74.55696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2" name="Picture 2" descr="Братское кладбище" title="Братское кладб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5aae2f333da5cecb4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Братское кладбище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Бир туугандар көрүстөнү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Бир туугандар көрүстөнү 1935-56-жылдары Кызыласкер шаардык көрүстөнү болгон. Бул жерде Улуу Ата Мекендик согуштун жылдарында алган жараатынан улам Фрунзе шаарынын госпиталдарында каза болгон жоокерлердин массалык мүрзөлөрү коюлган.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https://bimap.su/description/frunze/10_Bratskoe_kladbiche.txt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42.87882, 74.55696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