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Brotherly cemetery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Братское кладбище" title="Брат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5aae2f333da5cecb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Братское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Brotherly cemetery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Brotherly cemetery In 1935-56 it was the Kyzylasker city cemetery. Here is a mass grave of soldiers who died of wounds during the Great Patriotic War in hospitals in the city of Frunze.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https://bimap.su/description/frunze/10_Bratskoe_kladbiche.txt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42.87882, 74.55696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