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42.86501, 74.55176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воинам-железнодорожникам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42.86501, 74.55176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Памятник воинам-железнодорожникам" title="Памятник воинам-железнодорожника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45a2c4a1e3000f3d8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воинам-железнодорожникам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воинам-железнодорожникам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Памятник воинам-железнодорожникам Установлен на привокзальной площади станции Пишпек в память о воинах-железнодорожниках, погибших на фронтах Великой Отечественной войны.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https://bimap.su/description/frunze/9_Pamiatnik_jeleznodorodjnikam.txt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42.86501, 74.55176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