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Темир жол жоокерлерине эстелик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Памятник воинам-железнодорожникам" title="Памятник воинам-железнодорожник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45a2c4a1e3000f3d8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воинам-железнодорожникам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Темир жол жоокерлерине эстелик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Темир жолчуларга эстелик Улуу Ата Мекендик согуштун фронтторунда курман болгон темир жол жоокерлеринин элесине Пишпек станциясынын вокзал аянтында орнотулган.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https://bimap.su/description/frunze/9_Pamiatnik_jeleznodorodjnikam.txt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