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42.86501, 74.55176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railway soldiers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42.86501, 74.55176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1956" cy="2232000"/>
            <wp:docPr id="2" name="Picture 2" descr="Памятник воинам-железнодорожникам" title="Памятник воинам-железнодорожника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45a2c4a1e3000f3d8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19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воинам-железнодорожникам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railway soldiers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railway soldiers Installed on the station square of Pishpek station in memory of railway soldiers who died on the fronts of the Great Patriotic War.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https://bimap.su/description/frunze/9_Pamiatnik_jeleznodorodjnikam.txt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42.86501, 74.55176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