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42.87823, 74.60851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Памятник красногвардейцам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42.87823, 74.60851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418064" cy="2232000"/>
            <wp:docPr id="2" name="Picture 2" descr="Памятник красногвардейцам" title="Памятник красногвардейца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047a6c5bf6e27b0704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1806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красногвардейцам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Памятник красногвардейцам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Архитектор И.Люблинский, cкульптор К.Кошкин.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https://bimap.su/description/frunze/8_Pamiatnik_krasnogvardeisam.txt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42.87823, 74.60851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