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42.87823, 74.60851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Monument to the Red Guards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42.87823, 74.60851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418064" cy="2232000"/>
            <wp:docPr id="2" name="Picture 2" descr="Памятник красногвардейцам" title="Памятник красногвардейца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047a6c5bf6e27b0704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1806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красногвардейцам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Monument to the Red Guards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Monument to the Red Guards. Architect I. Lyublinsky. Sculptor K. Koshkin. The monument to the Red Guards who died for Soviet power was erected in 1960 on a mass grave in the Oak Garden, where on January 1, 1919, the Red Guards who died during the suppression of the Belovodsk rebellion were buried. The monument is an 11-meter high granite obelisk topped with a hammer and sickle. On the western and eastern sides of the obelisk there is the inscri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https://bimap.su/description/frunze/8_Pamiatnik_krasnogvardeisam.txt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42.87823, 74.60851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