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42.87751, 74.60163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Монумент «Дружба народов»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42.87751, 74.60163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68352" cy="2232000"/>
            <wp:docPr id="2" name="Picture 2" descr="Монумент «Дружба народов»" title="Монумент «Дружба народов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d936b43408e91d40e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835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Монумент «Дружба народов»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Монумент «Дружба народов»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Монумент «Дружба народов»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https://bimap.su/description/frunze/7_Monument_Druzhba_narodov.txt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42.87751, 74.60163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