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42.87751, 74.60163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“Элдердин достугу” монументи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42.87751, 74.60163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68352" cy="2232000"/>
            <wp:docPr id="2" name="Picture 2" descr="Монумент «Дружба народов»" title="Монумент «Дружба народов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d936b43408e91d40e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835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Монумент «Дружба народов»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“Элдердин достугу” монументи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“Элдердин достугу” монументи Кыргызстандын Россиянын курамына ыктыярдуу киришинин 100 жылдыгынын урматына эстелик 1974-жылы Достук аянтында курулган. Ал ак мрамор менен капталган вертикалдуу канат түрүндөгү 2 бетон мамыдан турат. Пилондор кыргыз жана орус элдеринин бузулбас достугун, революцияга жана маданий-чарбалык курулушка биргелешип катышкандыгын билдирген 13 фигурадан турган композиция түрүндөгү жезден балка жана куулоо жолу менен жасалга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https://bimap.su/description/frunze/7_Monument_Druzhba_narodov.txt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42.87751, 74.60163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