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42.87751, 74.60163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“Friendship of Peoples”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42.87751, 74.60163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68352" cy="2232000"/>
            <wp:docPr id="2" name="Picture 2" descr="Монумент «Дружба народов»" title="Монумент «Дружба народов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dd936b43408e91d40e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835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Монумент «Дружба народов»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“Friendship of Peoples”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“Friendship of Peoples” The monument in honor of the 100th anniversary of Kyrgyzstan’s voluntary entry into Russia was built in 1974 in Friendship Square. It consists of 2 vertical wing-shaped concrete pylons, lined with white marble. The pylons are surrounded by a high relief made of copper by hammering and chasing in the form of a composition of 13 figures, symbolizing the unbreakable friendship of the Kyrgyz and Russian peoples, the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https://bimap.su/description/frunze/7_Monument_Druzhba_narodov.txt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42.87751, 74.60163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