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42.87092, 74.60263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Киргизскаядагы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42.87092, 74.60263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Дом на Киргизской" title="Дом на Киргиз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ab7a3aa8e77dae4d9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Киргизской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Киргизскаядагы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Киргизскаядагы үй. Петровдун фотосу 1940-жылы «Спорт комитетинин» имараты катары курулган алгачкы 2 кабаттуу үйлөрдүн бири.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https://bimap.su/description/frunze/6_Dom_na_Kirgizskoy.txt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42.87092, 74.60263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