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42.87092, 74.60263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Kirgizskaya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42.87092, 74.60263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2" name="Picture 2" descr="Дом на Киргизской" title="Дом на Киргиз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8ab7a3aa8e77dae4d9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Киргизской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Kirgizskaya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Kirgizskaya. Photo by Petrov One of the first 2-story houses, built in 1940 as the building of the “Sports Committee”.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https://bimap.su/description/frunze/6_Dom_na_Kirgizskoy.txt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42.87092, 74.60263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