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под камышевой крышей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42.87445, 74.60467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09681" cy="2232000"/>
            <wp:docPr id="1" name="Picture 1" descr="Дом под камышевой крышей" title="Дом под камышевой крыше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365b181eeece36981e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096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под камышевой крышей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под камышевой крышей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юго-восточном углу улиц Васильевская и Дунганская. Конец XIX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https://bimap.su/description/pishpek/21_Dom_pod_kamyshom.txt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42.87445, 74.60467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42.87445, 74.60467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