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Камыш чатырдын астындагы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42.87445, 74.60467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09681" cy="2232000"/>
            <wp:docPr id="1" name="Picture 1" descr="Дом под камышевой крышей" title="Дом под камышевой крыше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65b181eeece36981e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096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под камышевой крышей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Камыш чатырдын астындагы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Васильевская-Дунганская көчөлөрүнүн түштүк-чыгыш бурчундагы камыш чатырдын астындагы үй Пишпек шаарында турак-жайлардын курулушу катуу план боюнча жүргүзүлгөн. Түз сызыктуу көчөлөр квадраттарды же блоктордун тик бурчтуктарын түздү жана бир блокто ар бири 0,1 га аянтты түзгөн төрт-алты участокту түздү. Короо-сарайлардагы үйлөр жердин бурчуна же ортосуна жайгаштырылып, негизги фасаддары көчөгө каратылган. Негизинен шаар чатыры камыштан, дубалдары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https://bimap.su/description/pishpek/21_Dom_pod_kamyshom.txt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42.87445, 74.60467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42.87445, 74.60467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