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Калинина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854" cy="2232000"/>
            <wp:docPr id="2" name="Picture 2" descr="Дом на Калинина" title="Дом на Кал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3e0857d563940f25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8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Калинина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Калинина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улице Калинина.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https://bimap.su/description/frunze/5_Dom_na_Kalinina.txt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