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42.88375, 74.61379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Баетова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42.88375, 74.61379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58758" cy="2232000"/>
            <wp:docPr id="2" name="Picture 2" descr="Дом на улице Баетова" title="Дом на улице Бает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c39dda65915d174ee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87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Баетова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Баетова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Северная сторона улицы Баетова угол Алмаатинской.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https://bimap.su/description/frunze/3a_Dom_na_Baetova.txt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42.88375, 74.61379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