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42.87088, 74.60919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Краснооктябрьской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42.87088, 74.60919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205414" cy="2232000"/>
            <wp:docPr id="2" name="Picture 2" descr="Дом на Краснооктябрьской" title="Дом на Краснооктябрь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215daf3740d4dd0c57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0541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Краснооктябрьской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Краснооктябрьской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на пересечении улиц Краснооктябрьской и Калинина. 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https://bimap.su/description/frunze/3_Dom_na_Krasnooktiabrskoy.txt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42.87088, 74.60919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