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42.87088, 74.60919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Краснооктябрскаядагы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42.87088, 74.60919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05414" cy="2232000"/>
            <wp:docPr id="2" name="Picture 2" descr="Дом на Краснооктябрьской" title="Дом на Краснооктябрь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215daf3740d4dd0c57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0541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Краснооктябрьской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Краснооктябрскаядагы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Краснооктябрьская менен Калининдин кесилишиндеги үй. Часовдун фотосу. Шаардын борбордук бөлүгүндө эски Пишпектин көптөгөн үйлөрү сакталып, негизинен кайра курулуп, заманбап жабдыктар менен жабдылган.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https://bimap.su/description/frunze/3_Dom_na_Krasnooktiabrskoy.txt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42.87088, 74.60919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