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42.88987, 74.61131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углу улиц Советской и Куренкеева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42.88987, 74.61131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35960" cy="2232000"/>
            <wp:docPr id="2" name="Picture 2" descr="Дом на углу улиц Советской и Куренкеева" title="Дом на углу улиц Советской и Куренке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d772a53ac3d4608d2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59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Советской и Куренкеева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Советской и Куренкеева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углу улиц Советской и Куренкеева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https://bimap.su/description/frunze/2_Dom_na_Sovetskoy.txt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42.88987, 74.61131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