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42.86932, 74.60557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Бульвар Дзержинского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42.86932, 74.60557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Бульвар Дзержинского" title="Бульвар Дзержин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cd84b9e656ec959e5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Бульвар Дзержинского · 60-х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Бульвар Дзержинского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60-х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https://bimap.su/description/frunze/1c_Bulvar_Dzerzhinskogo.txt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42.86932, 74.60557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