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42.86932, 74.60557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Дзержинский бульвары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42.86932, 74.60557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Бульвар Дзержинского" title="Бульвар Дзержин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cd84b9e656ec959e5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Бульвар Дзержинского · 60-х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Дзержинский бульвары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Дзержинский бульвары. 60-жылдардын Дзержинский проспектисинин бульвар тибиндеги фотосу. Вокзалдан Кыргыз ССРинин 50 жылдыгы атындагы проспектине чейин түштүктөн түндүккө созулуп, узундугу 2,2 км. 1924-жылга чейин - ст. Бульвар, андан кийин ст. Комсомольская, 1933-жылдан - ст. Дзержинский, 1960-жылдан – ушул эле аталыштагы бульвар, 1979-жылдан – проспекти. 1883-жылы А.М. Фетисов, кочодон 2 катар кумуш терек аллеядай. Ташкентская (Кыргыз ССРинин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https://bimap.su/description/frunze/1c_Bulvar_Dzerzhinskogo.txt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42.86932, 74.60557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