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Аллея к сельхозинституту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401488" cy="2232000"/>
            <wp:docPr id="2" name="Picture 2" descr="Аллея к сельхозинституту" title="Аллея к сельхозинститут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db22c7ac7aa7c9148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14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Аллея к сельхозинституту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Аллея к сельхозинституту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улица Фатьянова, выше улицы Горького.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https://bimap.su/description/frunze/1b_Alleia_k_selxozinstitutu.txt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42.85627, 74.60541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