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42.85627, 74.60541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Айыл чарба институтуна чейинки аллея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42.85627, 74.60541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01488" cy="2232000"/>
            <wp:docPr id="2" name="Picture 2" descr="Аллея к сельхозинституту" title="Аллея к сельхозинститут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db22c7ac7aa7c9148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14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к сельхозинституту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Айыл чарба институтуна чейинки аллея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Айыл чарба институтуна чейинки аллея, көч. Фатьянова, Горькийден жогору Шаарды көрктөндүрүүнүн башталышы 19-кылымдын аягында уезддик шаардын планын түзүүдө жасалган. Шаарда ирригациялык каналдар (арыктар) курулуп, тротуарларга катар-катар бак-дарактар ​​тигилип, биринчи бульварлар, Эмен паркы, Мамлекеттик бакча жана Карагачевая токою салынды. Совет доорунда шаарды жашылдандырууга Ботаникалык бак, Фрунзе атындагы жашыл чарба, декоративдүү бакчыл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https://bimap.su/description/frunze/1b_Alleia_k_selxozinstitutu.txt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42.85627, 74.60541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