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Садовая (Панфилова)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3397" cy="2232000"/>
            <wp:docPr id="2" name="Picture 2" descr="Улица Садовая (Панфилова)" title="Улица Садовая (Панфилова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a41a52aa8408d8786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339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Садовая (Панфилова) · Панова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Садовая (Панфилова)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Фрунзе. Фото Панова, 1929 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https://bimap.su/description/frunze/1_Ulitsa_Sadovaia.txt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