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42.87401, 74.60090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Садовая көчөсү (Панфилова)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42.87401, 74.60090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63397" cy="2232000"/>
            <wp:docPr id="2" name="Picture 2" descr="Улица Садовая (Панфилова)" title="Улица Садовая (Панфилова)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a41a52aa8408d8786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339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Садовая (Панфилова) · Панова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Садовая көчөсү (Панфилова)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Санкт-Садовая (Панфилова), Фрунзе. Пановдун фотосу, 1929. Шаарды жашылдандыруу 19-кылымдын аягында уезддик шаардын планын түзүүдө башталган. Шаарда ирригациялык каналдар (арыктар) курулуп, тротуарларга катар-катар бак-дарактар ​​тигилип, биринчи бульварлар, Эмен паркы, Мамлекеттик бакча жана Карагачевая токою салынды. Совет доорунда шаарды жашылдандырууга Ботаникалык бак, Фрунзе атындагы жашыл чарба, декоративдүү бакчылык совхозу чоң салым кошк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https://bimap.su/description/frunze/1_Ulitsa_Sadovaia.txt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42.87401, 74.60090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