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42.87401, 74.60090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Sadovaya Street (Panfilova)</w:t>
      </w:r>
    </w:p>
    <w:p>
      <w:pPr>
        <w:spacing w:after="100"/>
        <w:jc w:val="center"/>
      </w:pPr>
      <w:r>
        <w:rPr>
          <w:rFonts w:ascii="Arial" w:hAnsi="Arial" w:eastAsia="Arial"/>
          <w:b w:val="0"/>
          <w:color w:val="606667"/>
          <w:sz w:val="17"/>
        </w:rPr>
        <w:t>42.87401, 74.60090</w:t>
      </w:r>
    </w:p>
    <w:p>
      <w:pPr>
        <w:spacing w:before="0" w:after="20"/>
        <w:jc w:val="center"/>
      </w:pPr>
      <w:r>
        <w:drawing>
          <wp:inline xmlns:a="http://schemas.openxmlformats.org/drawingml/2006/main" xmlns:pic="http://schemas.openxmlformats.org/drawingml/2006/picture">
            <wp:extent cx="1563397" cy="2232000"/>
            <wp:docPr id="2" name="Picture 2" descr="Улица Садовая (Панфилова)" title="Улица Садовая (Панфилова)"/>
            <wp:cNvGraphicFramePr>
              <a:graphicFrameLocks noChangeAspect="1"/>
            </wp:cNvGraphicFramePr>
            <a:graphic>
              <a:graphicData uri="http://schemas.openxmlformats.org/drawingml/2006/picture">
                <pic:pic>
                  <pic:nvPicPr>
                    <pic:cNvPr id="0" name="e1a41a52aa8408d8786f.jpg"/>
                    <pic:cNvPicPr/>
                  </pic:nvPicPr>
                  <pic:blipFill>
                    <a:blip r:embed="rId13"/>
                    <a:stretch>
                      <a:fillRect/>
                    </a:stretch>
                  </pic:blipFill>
                  <pic:spPr>
                    <a:xfrm>
                      <a:off x="0" y="0"/>
                      <a:ext cx="1563397" cy="2232000"/>
                    </a:xfrm>
                    <a:prstGeom prst="rect"/>
                  </pic:spPr>
                </pic:pic>
              </a:graphicData>
            </a:graphic>
          </wp:inline>
        </w:drawing>
      </w:r>
    </w:p>
    <w:p>
      <w:pPr>
        <w:spacing w:after="60"/>
        <w:jc w:val="center"/>
      </w:pPr>
      <w:r>
        <w:rPr>
          <w:rFonts w:ascii="Arial" w:hAnsi="Arial" w:eastAsia="Arial"/>
          <w:b w:val="0"/>
          <w:color w:val="606667"/>
          <w:sz w:val="15"/>
        </w:rPr>
        <w:t>Улица Садовая (Панфилова) · Панова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Sadovaya Street (Panfilova)</w:t>
      </w:r>
    </w:p>
    <w:p>
      <w:pPr>
        <w:widowControl/>
        <w:spacing w:before="0" w:after="60" w:line="247" w:lineRule="auto"/>
      </w:pPr>
      <w:r>
        <w:rPr>
          <w:rFonts w:ascii="Arial" w:hAnsi="Arial" w:eastAsia="Arial"/>
          <w:b w:val="0"/>
          <w:color w:val="242C2F"/>
          <w:sz w:val="19"/>
        </w:rPr>
        <w:t>﻿ St. Sadovaya (Panfilova), Frunze. Photo by Panov, 1929. Urban landscaping began when drawing up a plan for the county town at the end of the 19th century. Irrigation canals (aryks) were built in the city, rows of trees were planted along the sidewalks, and the first boulevards, Oak Park, State Garden and Karagachevaya Grove were laid out. In Soviet times, the Botanical Garden, the Frunzensky Green Farm and the State Farm for Ornamental Horticul</w:t>
      </w:r>
    </w:p>
    <w:p>
      <w:pPr>
        <w:spacing w:before="20" w:after="0"/>
      </w:pPr>
      <w:r>
        <w:rPr>
          <w:rFonts w:ascii="Arial" w:hAnsi="Arial" w:eastAsia="Arial"/>
          <w:b w:val="0"/>
          <w:color w:val="606667"/>
          <w:sz w:val="14"/>
        </w:rPr>
        <w:t>Source: https://bimap.su/description/frunze/1_Ulitsa_Sadovaia.txt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42.87401, 74.60090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