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111" cy="2232000"/>
            <wp:docPr id="1" name="Picture 1" descr="Дом на улице Ташкентской" title="Дом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78fe5cb18a9a3ffaf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1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Ташкентской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https://bimap.su/description/pishpek/202_Temir_Tashkentskaya.txt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42.88431, 74.58015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