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Tashkentskaya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111" cy="2232000"/>
            <wp:docPr id="1" name="Picture 1" descr="Дом на улице Ташкентской" title="Дом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78fe5cb18a9a3ffaf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1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Ташкентской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Tashkentskaya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The house, built from handy materials, stood in this form on this site for more than 100 years.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https://bimap.su/description/pishpek/202_Temir_Tashkentskaya.txt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