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на улице Ташкентской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42.88552, 74.62286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111" cy="2232000"/>
            <wp:docPr id="1" name="Picture 1" descr="Дом на улице Ташкентской" title="Дом на улице Ташкент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3e1f739cd9c2e617ca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411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Ташкентской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улице Ташкентской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Евгения Коровина.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https://bimap.su/description/pishpek/201_Dom_na_Tashkentskoy.txt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42.88552, 74.62286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42.88552, 74.62286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