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Ташкентской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42.88434, 74.60256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03810" cy="2232000"/>
            <wp:docPr id="1" name="Picture 1" descr="Дом на Ташкентской" title="Дом на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df97a5f89bf3d51c4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38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Ташкентской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Ташкентской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ул.Ташкентской 1865 года постройки и его хозяева Зерновы.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https://bimap.su/description/pishpek/20_Zernovy.txt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42.88434, 74.60256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42.88434, 74.60256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